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SOL HEIRS   /   FLIGHT OPERATIONS</w:t>
      </w:r>
    </w:p>
    <w:p>
      <w:pPr>
        <w:pStyle w:val="Title"/>
        <w:jc w:val="center"/>
      </w:pPr>
      <w:r>
        <w:t>First Light Academy</w:t>
      </w:r>
    </w:p>
    <w:p>
      <w:pPr>
        <w:spacing w:after="300"/>
        <w:jc w:val="center"/>
      </w:pPr>
      <w:r>
        <w:rPr>
          <w:b/>
          <w:sz w:val="22"/>
        </w:rPr>
        <w:t>HELIOS PROVING GROUNDS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148840" cy="21432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l_Heirs_Solar_Cres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143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60"/>
        <w:jc w:val="center"/>
      </w:pPr>
      <w:r>
        <w:rPr>
          <w:b/>
          <w:sz w:val="50"/>
        </w:rPr>
        <w:t>CADET FLIGHT MANUAL</w:t>
      </w:r>
    </w:p>
    <w:p>
      <w:pPr>
        <w:jc w:val="center"/>
      </w:pPr>
      <w:r>
        <w:rPr>
          <w:b w:val="0"/>
          <w:sz w:val="20"/>
        </w:rPr>
        <w:t>MOTION   •   NAVIGATION   •   RANGE QUALIFICATION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720" cy="13258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vess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2"/>
        </w:rPr>
        <w:t>ISSUED TO  ______________________________________________________</w:t>
      </w:r>
    </w:p>
    <w:p>
      <w:r>
        <w:rPr>
          <w:b w:val="0"/>
          <w:sz w:val="20"/>
        </w:rPr>
        <w:t>CLASS / SECTION  __________________     CALLSIGN  __________________</w:t>
      </w:r>
    </w:p>
    <w:p>
      <w:r>
        <w:rPr>
          <w:b w:val="0"/>
          <w:sz w:val="20"/>
        </w:rPr>
        <w:t>ISSUE DATE  ________________________     INSTRUCTOR  _______________</w:t>
      </w:r>
    </w:p>
    <w:p>
      <w:r>
        <w:rPr>
          <w:b w:val="0"/>
          <w:sz w:val="20"/>
        </w:rPr>
        <w:t>Required foundation: Basic Range and Motion Graphs</w:t>
        <w:br/>
        <w:t>Optional specialty: Dead Reckoning</w:t>
      </w:r>
    </w:p>
    <w:p>
      <w:r>
        <w:rPr>
          <w:b/>
          <w:sz w:val="22"/>
        </w:rPr>
        <w:t>Calculate on paper. Test in the range. Record what happened.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24" w:right="936" w:bottom="907" w:left="936" w:header="389" w:footer="38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MAN 01    •    FLA-03    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SOL HEIRS FLIGHT OPERATIONS  /  FLA-03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Flight Manual Cover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